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행  사     기  획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예상인원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추진 배경 및 목적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행사를 추진하는 배경과 기대효과를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세부 프로그램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장소</w:t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예산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산출근거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준비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준비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