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행사 참가 취소·환불 신청서</w:t>
      </w:r>
    </w:p>
    <w:p>
      <w:pPr>
        <w:spacing w:after="149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0" w:before="11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신청자 및 행사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7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신청자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7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행사명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7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행사 일시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신청일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0" w:before="11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결제 및 환불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7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참가비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결제일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7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결제 방법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환불 요청액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7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은행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계좌번호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7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예금주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0" w:before="11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취소 사유</w:t>
      </w:r>
    </w:p>
    <w:p>
      <w:pPr>
        <w:spacing w:after="60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참가를 취소하는 사유를 간단히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028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6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19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참가 취소 및 환불을 신청합니다.</w:t>
      </w:r>
    </w:p>
    <w:p>
      <w:pPr>
        <w:spacing w:after="119" w:before="119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19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신청자 :                                        (서명 또는 인)</w:t>
      </w:r>
    </w:p>
    <w:p>
      <w:pPr>
        <w:spacing w:after="0" w:before="89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환불 가능 여부와 금액은 주최 측 환불 규정에 따릅니다. 규정을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