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9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비  품     대  여  신  청  서</w:t>
      </w:r>
    </w:p>
    <w:p>
      <w:pPr>
        <w:spacing w:after="14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66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연락처</w:t>
            </w:r>
          </w:p>
        </w:tc>
      </w:tr>
      <w:tr>
        <w:trPr>
          <w:trHeight w:val="66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신청일자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대여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667" w:hRule="atLeast"/>
        </w:trPr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품목명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규격/모델</w:t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대여시작일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반납예정일</w:t>
            </w:r>
          </w:p>
        </w:tc>
      </w:tr>
      <w:tr>
        <w:trPr>
          <w:trHeight w:val="667" w:hRule="atLeast"/>
        </w:trPr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7" w:hRule="atLeast"/>
        </w:trPr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7" w:hRule="atLeast"/>
        </w:trPr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7" w:hRule="atLeast"/>
        </w:trPr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9" w:before="11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대여 조건 확인</w:t>
      </w:r>
    </w:p>
    <w:p>
      <w:pPr>
        <w:spacing w:after="59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대여 전 품목의 상태를 확인하고 이상이 있으면 담당자에게 알립니다.</w:t>
      </w:r>
    </w:p>
    <w:p>
      <w:pPr>
        <w:spacing w:after="59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반납 예정일을 지키며, 연장이 필요하면 미리 담당자와 협의합니다.</w:t>
      </w:r>
    </w:p>
    <w:p>
      <w:pPr>
        <w:spacing w:after="59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파손·분실 시 사내 규정에 따라 변상 책임이 있을 수 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1085" w:hRule="atLeast"/>
        </w:trPr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신청자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총무 담당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부서장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반납 확인일</w:t>
            </w:r>
          </w:p>
        </w:tc>
      </w:tr>
      <w:tr>
        <w:trPr>
          <w:trHeight w:val="1085" w:hRule="atLeast"/>
        </w:trPr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8" w:before="11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0" w:before="8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반납할 때는 품목 상태를 담당자와 함께 확인한 뒤 반납 확인일을 기재하십시오.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