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Cover Letter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Applicant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Full Name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Phone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Address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Email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LinkedIn / Portfolio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Recipient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Hiring Manager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Company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Company Address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Position Applied For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Job Reference No.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 xml:space="preserve">Date : 20    /      /      </w:t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Letter Body</w:t>
      </w:r>
    </w:p>
    <w:p>
      <w:pPr>
        <w:spacing w:after="5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Dear ________________________ ,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Opening — State the position you are applying for and how you learned about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7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Body — Highlight two or three achievements that match the job requirements, with measurable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12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Closing — Express interest in an interview and thank the reader.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9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Sincerely,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Signature :                                        (서명 또는 인)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회사명과 담당자 이름의 철자를 확인하고, 전체 분량은 A4 한 장을 넘기지 않도록 작성하십시오.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