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고용보험 가입이력 확인 요청서</w:t>
      </w:r>
    </w:p>
    <w:p>
      <w:pPr>
        <w:spacing w:after="141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요청인 (근로자)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사업장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 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확인 요청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71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확인 항목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가입 여부   (   ) 취득일(가입 시작일)   (   ) 상실일   (   ) 기타</w:t>
            </w:r>
          </w:p>
        </w:tc>
      </w:tr>
      <w:tr>
        <w:trPr>
          <w:trHeight w:val="71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 방법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서면   (   ) 이메일   (   ) 기타</w:t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요청 사유와 추가로 확인이 필요한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915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3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위와 같이 고용보험 가입 이력의 확인을 요청합니다.</w:t>
      </w:r>
    </w:p>
    <w:p>
      <w:pPr>
        <w:spacing w:after="113" w:before="11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요청인 :                                        (서명 또는 인)</w:t>
      </w:r>
    </w:p>
    <w:p>
      <w:pPr>
        <w:spacing w:after="0" w:before="8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가입 이력은 관련 기관 안내에 따라 별도로 조회할 수 있습니다.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