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근  로  자  명  부</w:t>
      </w:r>
    </w:p>
    <w:p>
      <w:pPr>
        <w:spacing w:after="11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사업장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8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주소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 규모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기재 기준일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근로자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생년월일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입사일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직급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부서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휴대전화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주소</w:t>
            </w:r>
          </w:p>
        </w:tc>
      </w:tr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1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3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46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기재사항은 사실과 다름이 없음을 확인합니다.</w:t>
      </w:r>
    </w:p>
    <w:p>
      <w:pPr>
        <w:spacing w:after="92" w:before="9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대표이사 :                                        (서명 또는 인)</w:t>
      </w:r>
    </w:p>
    <w:p>
      <w:pPr>
        <w:spacing w:after="9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0" w:before="6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근로자의 추가, 변경, 퇴사 등 변동사항을 수시로 기재하고, 법정 보존기간(3년) 동안 보관하십시오. 개인정보 관리에 주의하십시오.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