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3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교육비 납입증명서 발급 요청서</w:t>
      </w:r>
    </w:p>
    <w:p>
      <w:pPr>
        <w:spacing w:after="131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3" w:before="105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요청자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7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7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수강생과의 관계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이메일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3" w:before="105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수강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7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수강생 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생년월일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7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과정명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수강 기간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3" w:before="105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증명 요청 내역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96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No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증명 기간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납입 항목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비고</w:t>
            </w:r>
          </w:p>
        </w:tc>
      </w:tr>
      <w:tr>
        <w:trPr>
          <w:trHeight w:val="596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96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96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96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3" w:before="105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4. 수령 방법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7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수령 방법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희망일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05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위와 같이 교육비 납입증명서의 발급을 요청합니다.</w:t>
      </w:r>
    </w:p>
    <w:p>
      <w:pPr>
        <w:spacing w:after="105" w:before="105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05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요청자 :                                        (서명 또는 인)</w:t>
      </w:r>
    </w:p>
    <w:p>
      <w:pPr>
        <w:spacing w:after="0" w:before="79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공제 대상 여부는 국세청 기준과 회사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