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기부금 영수증 발급 요청서</w:t>
      </w:r>
    </w:p>
    <w:p>
      <w:pPr>
        <w:spacing w:after="12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기부자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기부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기부 단체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기부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기부일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금액(원)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 방법</w:t>
            </w:r>
          </w:p>
        </w:tc>
      </w:tr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영수증 요청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필요 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목적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기부 내역에 대한 기부금 영수증 발급을 요청합니다.</w:t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발급 가능 여부와 필요한 확인 자료는 기부 단체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