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3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문  서     수  발  대  장</w:t>
      </w:r>
    </w:p>
    <w:p>
      <w:pPr>
        <w:spacing w:after="158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17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관리부서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작성일자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3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3" w:before="126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수발 현황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233"/>
        <w:gridCol w:w="1233"/>
        <w:gridCol w:w="1233"/>
        <w:gridCol w:w="1233"/>
        <w:gridCol w:w="1233"/>
        <w:gridCol w:w="1233"/>
        <w:gridCol w:w="1233"/>
        <w:gridCol w:w="1233"/>
      </w:tblGrid>
      <w:tr>
        <w:trPr>
          <w:trHeight w:val="717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No</w:t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일자</w:t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구분(수신/발신)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문서번호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제목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발신처/수신처</w:t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담당자</w:t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처리결과</w:t>
            </w:r>
          </w:p>
        </w:tc>
      </w:tr>
      <w:tr>
        <w:trPr>
          <w:trHeight w:val="717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17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17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17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17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17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17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17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17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17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17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17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17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3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0" w:before="95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수발 문서는 발생 즉시 기록하고, 보존기간이 지난 문서는 규정에 따라 폐기 여부를 결정하십시오.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