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정보공개 이의신청서</w:t>
      </w:r>
    </w:p>
    <w:p>
      <w:pPr>
        <w:spacing w:after="11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원 청구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접수번호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청구일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청구내용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처리기관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결정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결정일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결정구분(비공개/부분공개)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결정 사유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이의신청 취지</w:t>
      </w:r>
    </w:p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무엇을 구하는지 한두 문장으로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1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이의신청 이유</w:t>
      </w:r>
    </w:p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비공개 사유가 부당하다고 보는 근거를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0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9" w:before="89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6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이의신청은 결정 통지를 받은 날부터 30일 이내에 제출해야 합니다. 처리 결과는 해당 기관의 판단에 따릅니다.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