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징  계     통  보  서</w:t>
      </w:r>
    </w:p>
    <w:p>
      <w:pPr>
        <w:spacing w:after="151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8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징계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8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징계 종류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효력 발생일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근거 규정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통보일자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징계 사유</w:t>
      </w:r>
    </w:p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징계 대상 행위의 경과와 판단 근거를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300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재심 청구 안내</w:t>
      </w:r>
    </w:p>
    <w:p>
      <w:pPr>
        <w:spacing w:after="12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본 처분에 이의가 있는 경우 통보일로부터 7일 이내에 재심을 청구할 수 있습니다.</w:t>
      </w:r>
    </w:p>
    <w:p>
      <w:pPr>
        <w:spacing w:after="0" w:before="9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재심 청구 절차와 세부 기준은 취업규칙을 확인하십시오.</w:t>
      </w:r>
    </w:p>
    <w:p>
      <w:pPr>
        <w:spacing w:after="18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1" w:before="12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발신인(회사) :                                        (서명 또는 인)</w:t>
      </w:r>
    </w:p>
    <w:p>
      <w:pPr>
        <w:spacing w:after="12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수신인(확인)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