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취임승낙서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회사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회사명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본점 소재지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취임자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직위(이사/감사)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 회사의 이사(감사)로 선임됨에 있어 그 취임을 승낙합니다.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취임일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취임자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법인등기(임원 취임) 신청 시 첨부하는 서류입니다. 인감증명서 제출 여부와 서명·날인 방식은 관할 등기소에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