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감  가  상  각     내  역  서</w:t>
      </w:r>
    </w:p>
    <w:p>
      <w:pPr>
        <w:spacing w:after="141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4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회계연도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4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7" w:before="11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자산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자산명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취득일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취득가액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내용연수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상각방법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당기상각비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감가상각누계액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장부가액</w:t>
            </w:r>
          </w:p>
        </w:tc>
      </w:tr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01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41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취득가액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당기상각비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41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감가상각누계액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장부가액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13" w:before="113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3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113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검토자 :                                        (서명 또는 인)</w:t>
      </w:r>
    </w:p>
    <w:p>
      <w:pPr>
        <w:spacing w:after="0" w:before="8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장부가액은 취득가액에서 감가상각누계액을 차감한 값과 일치해야 하며, 세무상 처리 기준은 세무대리인에게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