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1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부양 사실 확인서</w:t>
      </w:r>
    </w:p>
    <w:p>
      <w:pPr>
        <w:spacing w:after="153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1" w:before="12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부양자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8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1" w:before="12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피부양자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8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8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동거 여부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1" w:before="12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부양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8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부양 시작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부양 방식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생활비 지원 방법, 의료비 부담 등 부양 상황을 구체적으로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25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내용이 사실임을 확인합니다.</w:t>
      </w:r>
    </w:p>
    <w:p>
      <w:pPr>
        <w:spacing w:after="123" w:before="12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부양자 :                                        (서명 또는 인)</w:t>
      </w:r>
    </w:p>
    <w:p>
      <w:pPr>
        <w:spacing w:after="0" w:before="9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부양가족 인정 여부는 제출처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