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납품 지연 사유서</w:t>
      </w:r>
    </w:p>
    <w:p>
      <w:pPr>
        <w:spacing w:after="12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받는 거래처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보내는 업체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주문 및 지연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주문 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주문일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품목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지연 수량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원래 납기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새 납품 예정일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분할 납품 일정 (해당 시 작성)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9"/>
        <w:gridCol w:w="3289"/>
        <w:gridCol w:w="3289"/>
      </w:tblGrid>
      <w:tr>
        <w:trPr>
          <w:trHeight w:val="54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회차</w:t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납품 예정일</w:t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수량</w:t>
            </w:r>
          </w:p>
        </w:tc>
      </w:tr>
      <w:tr>
        <w:trPr>
          <w:trHeight w:val="54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지연 사유와 재발 방지 또는 만회 대책을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77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6" w:before="9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작성자 :                                        (서명 또는 인)</w:t>
      </w:r>
    </w:p>
    <w:p>
      <w:pPr>
        <w:spacing w:after="0" w:before="7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지연에 따른 책임과 보상은 거래 계약을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