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손해액 산정 내역서</w:t>
      </w:r>
    </w:p>
    <w:p>
      <w:pPr>
        <w:spacing w:after="13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 및 사건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청구인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상대방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손해 항목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손해 항목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발생일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금액(원)</w:t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근거 자료</w:t>
            </w:r>
          </w:p>
        </w:tc>
      </w:tr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84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합계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증빙 수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산정 방법이나 보충 설명이 필요하면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7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10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인정되는 손해의 범위는 사건마다 다르므로 제출처를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