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생  활  계  획  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이름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기상 시각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취침 시각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학교·직장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이번 기간 목표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실천 방법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목표 횟수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달성</w:t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요일별 시간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하루 점검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33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점검 항목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토</w:t>
            </w:r>
          </w:p>
        </w:tc>
      </w:tr>
      <w:tr>
        <w:trPr>
          <w:trHeight w:val="33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이번 기간을 돌아보며 잘한 점과 개선할 점을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96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계획은 여유 시간을 두고 작성해야 오래 유지됩니다. 상황이 바뀌면 새로 작성해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