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  금  일  보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자금 요약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전일 이월액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당일 수입 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당일 지출 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당일 잔액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입금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2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적요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입금계좌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2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출금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2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적요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출금계좌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2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계좌별 잔액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2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금융기관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계좌구분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전일 잔액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당일 증감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당일 잔액</w:t>
            </w:r>
          </w:p>
        </w:tc>
      </w:tr>
      <w:tr>
        <w:trPr>
          <w:trHeight w:val="2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특이사항 및 익일 자금계획 — 예정 지출, 결제 지연, 차입금 만기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1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8" w:before="5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61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결재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61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계좌 잔액은 금융기관 조회 내역과 대사한 후 보고하십시오.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