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8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고  객  관  리     카  드</w:t>
      </w:r>
    </w:p>
    <w:p>
      <w:pPr>
        <w:spacing w:after="12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고객 기본정보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4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4537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전화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4537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거래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4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결제조건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여신한도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할인율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4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거래개시일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거래 이력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상담 이력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방식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후속조치</w:t>
            </w:r>
          </w:p>
        </w:tc>
      </w:tr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09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72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카드에 기재된 개인정보는 거래 관리 목적 외에는 사용하지 않으며, 거래 종료 후 3년간 보관한 뒤 파기합니다.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