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자  기  소  개  서</w:t>
      </w:r>
    </w:p>
    <w:p>
      <w:pPr>
        <w:spacing w:after="12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544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지원분야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문항 1. 목표를 달성하기 위해 도전했던 경험을 서술하십시오.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S (상황)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T (과제)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A (행동)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R (결과)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96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문항 2. 협업 과정에서 갈등을 해결했던 경험을 서술하십시오.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S (상황)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T (과제)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A (행동)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1089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R (결과)</w:t>
            </w:r>
          </w:p>
        </w:tc>
        <w:tc>
          <w:tcPr>
            <w:tcW w:type="dxa" w:w="838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8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내용은 사실과 다름이 없음을 확인합니다.</w:t>
      </w:r>
    </w:p>
    <w:p>
      <w:pPr>
        <w:spacing w:after="96" w:before="96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96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지원자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