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  기  소  개  서</w:t>
      </w:r>
    </w:p>
    <w:p>
      <w:pPr>
        <w:spacing w:after="103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6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52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제목</w:t>
            </w:r>
          </w:p>
        </w:tc>
        <w:tc>
          <w:tcPr>
            <w:tcW w:type="dxa" w:w="84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항목 구분 없이 성장과정, 성격, 경험 등을 자유롭게 작성하십시오. (1/2)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10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분량이 많아 이어지는 경우 여기에 계속 작성하십시오. (2/2)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10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1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내용은 사실과 다름이 없음을 확인합니다.</w:t>
      </w:r>
    </w:p>
    <w:p>
      <w:pPr>
        <w:spacing w:after="83" w:before="8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