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  강  신  청  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소속(학교·학년)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경로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신청 강좌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강좌(과목)명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 강사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요일·시간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수강기간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수강료</w:t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납부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수강료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교재비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할인 내역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 총액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계좌이체 / 카드 / 현금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 예정일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확인 및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확인 항목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확인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수강 취소와 환불은 기관이 정한 규정에 따르며, 신청 전에 규정을 확인하였습니다.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개인정보는 수강 관리와 안내 목적으로만 이용하는 데 동의합니다.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강좌 일정은 기관 사정으로 변경될 수 있으며 변경 시 사전에 안내받습니다.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성명 (미성년자)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연락처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수강을 신청합니다.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보호자(미성년자)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환불 규정과 수강 변경 절차는 기관마다 다르므로 신청 전에 확인하고 사본을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