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3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상담일지</w:t>
      </w:r>
    </w:p>
    <w:p>
      <w:pPr>
        <w:spacing w:after="157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1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상담 일시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상담자(교사명)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대상자(학생명)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학년·반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상담 유형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면담 시간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분</w:t>
            </w:r>
          </w:p>
        </w:tc>
      </w:tr>
    </w:tbl>
    <w:p>
      <w:pPr>
        <w:spacing w:after="6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3" w:before="12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상담 내용</w:t>
      </w:r>
    </w:p>
    <w:p>
      <w:pPr>
        <w:spacing w:after="63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상담의 주요 내용, 학생이 제시한 고민이나 문제 상황, 상담 과정을 구체적으로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3566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3" w:before="12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조치 사항 및 후속 계획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802" w:hRule="atLeast"/>
        </w:trPr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조치 사항</w:t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02" w:hRule="atLeast"/>
        </w:trPr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후속 계획</w:t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5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126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상담자 (서명 또는 인)</w:t>
      </w:r>
    </w:p>
    <w:p>
      <w:pPr>
        <w:spacing w:after="0" w:before="94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상담 기록은 학교 운영위원회 규정에 따라 적절히 보관·관리하시고, 학생의 민감한 개인정보는 기재하지 않습니다.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