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5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법인인감 신고 위임장</w:t>
      </w:r>
    </w:p>
    <w:p>
      <w:pPr>
        <w:spacing w:after="138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5" w:before="111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위임하는 법인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2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법인명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대표이사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2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본점 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2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법인등록번호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5" w:before="111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대리인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2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직위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2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5" w:before="111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위임 내용</w:t>
      </w:r>
    </w:p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위임할 업무와 신고 사유, 위임 기간을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668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11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 사람을 대리인으로 정하고 법인인감 신고에 관한 권한을 위임합니다.</w:t>
      </w:r>
    </w:p>
    <w:p>
      <w:pPr>
        <w:spacing w:after="111" w:before="111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11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위임인(대표이사) :                                        (서명 또는 인)</w:t>
      </w:r>
    </w:p>
    <w:p>
      <w:pPr>
        <w:spacing w:after="111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대리인 :                                        (서명 또는 인)</w:t>
      </w:r>
    </w:p>
    <w:p>
      <w:pPr>
        <w:spacing w:after="111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○○등기소 귀중</w:t>
      </w:r>
    </w:p>
    <w:p>
      <w:pPr>
        <w:spacing w:after="0" w:before="83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첨부서류와 본인 확인 방식은 관할 등기소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