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 갱신 거절 통지서</w:t>
      </w:r>
    </w:p>
    <w:p>
      <w:pPr>
        <w:spacing w:after="13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보내는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계약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이름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체결일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만료일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갱신 조항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통지 내용</w:t>
      </w:r>
    </w:p>
    <w:p>
      <w:pPr>
        <w:spacing w:after="11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 계약을 만료일에 끝내고 갱신하지 않겠음을 통지합니다.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갱신하지 않는 사유를 사실 위주로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2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정산할 사항이 있으면 만료일 전에 협의하여 주시기 바랍니다.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통지인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통지 기한과 거절 사유의 허용 범위는 계약서와 법령에 따라 다릅니다. 계약서의 갱신 조항을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