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계약기간 연장 요청서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계약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계약상대자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현재 계약기간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연장기한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연장 사유</w:t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기간 안에 이행하지 못하는 사유를 날짜와 함께 사실대로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340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첨부 서류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8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첨부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사유로 계약기간의 연장을 요청합니다.</w:t>
      </w:r>
    </w:p>
    <w:p>
      <w:pPr>
        <w:spacing w:after="126" w:before="12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계약상대자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연장 인정 여부는 계약 조건과 발주처 판단에 따릅니다. 계약서를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