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계약 이행 완료 확인서</w:t>
      </w:r>
    </w:p>
    <w:p>
      <w:pPr>
        <w:spacing w:after="11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계약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상대방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이행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53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이행 내용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이행일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3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확인 의견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이행 완료일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확인일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확인 의견을 적으십시오. 미이행 부분이 있으면 함께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6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4" w:before="9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확인자(발주처) :                                        (서명 또는 인)</w:t>
      </w:r>
    </w:p>
    <w:p>
      <w:pPr>
        <w:spacing w:after="9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계약 상대방 :                                        (서명 또는 인)</w:t>
      </w:r>
    </w:p>
    <w:p>
      <w:pPr>
        <w:spacing w:after="0" w:before="71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검수·확인 방법은 계약서와 발주처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