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6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계약 변경 합의서</w:t>
      </w:r>
    </w:p>
    <w:p>
      <w:pPr>
        <w:spacing w:after="115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6" w:before="92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원 계약 정보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87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계약명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체결일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87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갑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을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6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6" w:before="92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변경 내용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87" w:hRule="atLeast"/>
        </w:trPr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No</w:t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변경 조항</w:t>
            </w:r>
          </w:p>
        </w:tc>
        <w:tc>
          <w:tcPr>
            <w:tcW w:type="dxa" w:w="345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변경 전</w:t>
            </w:r>
          </w:p>
        </w:tc>
        <w:tc>
          <w:tcPr>
            <w:tcW w:type="dxa" w:w="345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변경 후</w:t>
            </w:r>
          </w:p>
        </w:tc>
      </w:tr>
      <w:tr>
        <w:trPr>
          <w:trHeight w:val="587" w:hRule="atLeast"/>
        </w:trPr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45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45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87" w:hRule="atLeast"/>
        </w:trPr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45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45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87" w:hRule="atLeast"/>
        </w:trPr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45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45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87" w:hRule="atLeast"/>
        </w:trPr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45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45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6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4933"/>
        <w:gridCol w:w="4933"/>
      </w:tblGrid>
      <w:tr>
        <w:trPr>
          <w:trHeight w:val="587" w:hRule="atLeast"/>
        </w:trPr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변경 효력일</w:t>
            </w:r>
          </w:p>
        </w:tc>
        <w:tc>
          <w:tcPr>
            <w:tcW w:type="dxa" w:w="789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6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6" w:before="92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기타 합의 사항</w:t>
      </w:r>
    </w:p>
    <w:p>
      <w:pPr>
        <w:spacing w:after="46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변경 사유와 그 밖에 합의한 내용을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1436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46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92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위와 같이 계약 내용을 변경하기로 합의하고, 이를 증명하기 위하여 각자 서명하여 한 부씩 보관한다.</w:t>
      </w:r>
    </w:p>
    <w:p>
      <w:pPr>
        <w:spacing w:after="92" w:before="92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92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갑 :                                        (서명 또는 인)</w:t>
      </w:r>
    </w:p>
    <w:p>
      <w:pPr>
        <w:spacing w:after="92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을 :                                        (서명 또는 인)</w:t>
      </w:r>
    </w:p>
    <w:p>
      <w:pPr>
        <w:spacing w:after="0" w:before="69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계약 내용에 따라 효력이 달라질 수 있으니 필요하면 전문가에게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