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소  장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원고 성명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원고 주소</w:t>
            </w:r>
          </w:p>
        </w:tc>
        <w:tc>
          <w:tcPr>
            <w:tcW w:type="dxa" w:w="848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피고 성명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피고 주소</w:t>
            </w:r>
          </w:p>
        </w:tc>
        <w:tc>
          <w:tcPr>
            <w:tcW w:type="dxa" w:w="848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사건명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소가(청구금액)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                원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청구 취지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피고가 원고에게 지급할 금액과 소송비용 부담, 가집행 등 구하는 판결 내용을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41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청구 원인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대여 경위와 변제기일, 피고의 미지급 사실을 시간순으로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83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대여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대여일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변제기일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대여금액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이자율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입증 방법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서증명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첨부 서류</w:t>
      </w:r>
    </w:p>
    <w:p>
      <w:pPr>
        <w:spacing w:after="40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위 입증방법 사본 각 1부</w:t>
      </w:r>
    </w:p>
    <w:p>
      <w:pPr>
        <w:spacing w:after="40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금전차용증서 사본 1부</w:t>
      </w:r>
    </w:p>
    <w:p>
      <w:pPr>
        <w:spacing w:after="40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법인인 경우 법인등기부등본 1부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원고 :                                        (서명 또는 인)</w:t>
      </w:r>
    </w:p>
    <w:p>
      <w:pPr>
        <w:spacing w:after="12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4"/>
        </w:rPr>
        <w:t xml:space="preserve">                        법원  귀중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참고용이며, 청구금액과 이자 산정, 관할 법원 등 구체적인 내용은 법률 전문가 또는 법원에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