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고객 불만 처리서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접수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접수번호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접수일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접수자</w:t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접수경로</w:t>
            </w:r>
          </w:p>
        </w:tc>
        <w:tc>
          <w:tcPr>
            <w:tcW w:type="dxa" w:w="8284"/>
            <w:gridSpan w:val="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고객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453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상호/성명</w:t>
            </w:r>
          </w:p>
        </w:tc>
        <w:tc>
          <w:tcPr>
            <w:tcW w:type="dxa" w:w="266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담당자</w:t>
            </w:r>
          </w:p>
        </w:tc>
        <w:tc>
          <w:tcPr>
            <w:tcW w:type="dxa" w:w="266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580"/>
            <w:gridSpan w:val="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불만 내용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고객이 제기한 불만을 구체적인 사실 위주로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247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원인 분석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불만의 원인을 사실에 근거하여 분석하십시오.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020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5. 처리 내용 및 결과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처리일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처리자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보상여부</w:t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처리방법</w:t>
            </w:r>
          </w:p>
        </w:tc>
        <w:tc>
          <w:tcPr>
            <w:tcW w:type="dxa" w:w="8284"/>
            <w:gridSpan w:val="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6. 고객 확인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만족도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확인일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확인자</w:t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7. 재발 방지 대책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동일한 불만이 재발하지 않도록 개선할 사항을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907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6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본 처리서에 기재된 고객 개인정보는 불만 처리 목적 외에는 사용하지 않으며, 처리 종료 후 3년간 보관한 뒤 파기합니다.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