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2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상가건물 임대차계약서</w:t>
      </w:r>
    </w:p>
    <w:p>
      <w:pPr>
        <w:spacing w:after="105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84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0"/>
        </w:rPr>
        <w:t>임대인과 임차인은 아래 표시 상가건물에 관하여 다음과 같이 임대차계약을 체결한다.</w:t>
      </w:r>
    </w:p>
    <w:p>
      <w:pPr>
        <w:spacing w:after="42" w:before="8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임대차 목적물의 표시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478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소재지</w:t>
            </w:r>
          </w:p>
        </w:tc>
        <w:tc>
          <w:tcPr>
            <w:tcW w:type="dxa" w:w="8484"/>
            <w:gridSpan w:val="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78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건물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구조·용도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면적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㎡</w:t>
            </w:r>
          </w:p>
        </w:tc>
      </w:tr>
      <w:tr>
        <w:trPr>
          <w:trHeight w:val="478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임차할 부분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층 / 호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면적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㎡</w:t>
            </w:r>
          </w:p>
        </w:tc>
      </w:tr>
      <w:tr>
        <w:trPr>
          <w:trHeight w:val="478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업종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사업자등록 예정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가능 / 불가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2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2" w:before="8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계약 내용 — 제1조 (보증금·차임·권리금)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478" w:hRule="atLeast"/>
        </w:trPr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보증금</w:t>
            </w:r>
          </w:p>
        </w:tc>
        <w:tc>
          <w:tcPr>
            <w:tcW w:type="dxa" w:w="8581"/>
            <w:gridSpan w:val="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금                                원정 (₩                    )</w:t>
            </w:r>
          </w:p>
        </w:tc>
      </w:tr>
      <w:tr>
        <w:trPr>
          <w:trHeight w:val="478" w:hRule="atLeast"/>
        </w:trPr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계약금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금                원정</w:t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지급일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계약 시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78" w:hRule="atLeast"/>
        </w:trPr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잔금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금                원정</w:t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지급일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20   년   월   일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78" w:hRule="atLeast"/>
        </w:trPr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차임(월세)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금                원정</w:t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지급일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매월        일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선불 / 후불</w:t>
            </w:r>
          </w:p>
        </w:tc>
      </w:tr>
      <w:tr>
        <w:trPr>
          <w:trHeight w:val="478" w:hRule="atLeast"/>
        </w:trPr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관리비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금                원정</w:t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부가세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별도 / 포함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78" w:hRule="atLeast"/>
        </w:trPr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권리금</w:t>
            </w:r>
          </w:p>
        </w:tc>
        <w:tc>
          <w:tcPr>
            <w:tcW w:type="dxa" w:w="8581"/>
            <w:gridSpan w:val="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금                원정 (권리금 수수 당사자 :                        )</w:t>
            </w:r>
          </w:p>
        </w:tc>
      </w:tr>
    </w:tbl>
    <w:p>
      <w:pPr>
        <w:spacing w:after="42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2" w:before="105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제2조 (임대차기간)</w:t>
      </w:r>
    </w:p>
    <w:p>
      <w:pPr>
        <w:spacing w:after="42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임대인은 임차 목적물을 사용할 수 있는 상태로 20   년   월   일까지 임차인에게 인도하고, 임대차기간은 인도일부터 20   년   월   일까지로 한다.</w:t>
      </w:r>
    </w:p>
    <w:p>
      <w:pPr>
        <w:spacing w:after="42" w:before="105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제3조 (사용 목적과 용도 변경)</w:t>
      </w:r>
    </w:p>
    <w:p>
      <w:pPr>
        <w:spacing w:after="42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임차인은 위 업종으로만 사용하며, 업종을 변경하려면 임대인의 서면 동의를 받아야 한다.</w:t>
      </w:r>
    </w:p>
    <w:p>
      <w:pPr>
        <w:spacing w:after="42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임차인은 임대인의 동의 없이 목적물을 전대하거나 임차권을 양도할 수 없다.</w:t>
      </w:r>
    </w:p>
    <w:p>
      <w:pPr>
        <w:spacing w:after="42" w:before="105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제4조 (시설물의 설치와 원상복구)</w:t>
      </w:r>
    </w:p>
    <w:p>
      <w:pPr>
        <w:spacing w:after="42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임차인이 설치한 인테리어와 시설물의 소유권 및 원상복구 범위는 특약사항에 따른다.</w:t>
      </w:r>
    </w:p>
    <w:p>
      <w:pPr>
        <w:spacing w:after="42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임대차 종료 시 임차인은 특약에 정한 범위까지 원상복구하여 반환하고, 임대인은 보증금을 반환한다.</w:t>
      </w:r>
    </w:p>
    <w:p>
      <w:pPr>
        <w:spacing w:after="42" w:before="105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제5조 (수선 의무)</w:t>
      </w:r>
    </w:p>
    <w:p>
      <w:pPr>
        <w:spacing w:after="42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건물의 구조·설비에 관한 수선은 임대인이 부담하고, 임차인의 영업을 위한 시설과 소모품의 유지·교체는 임차인이 부담한다.</w:t>
      </w:r>
    </w:p>
    <w:p>
      <w:pPr>
        <w:spacing w:after="42" w:before="105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제6조 (계약갱신요구권)</w:t>
      </w:r>
    </w:p>
    <w:p>
      <w:pPr>
        <w:spacing w:after="42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임차인은 임대차기간이 끝나기 6개월 전부터 1개월 전까지 계약갱신을 요구할 수 있고, 임대인은 상가건물 임대차보호법이 정한 정당한 사유가 없으면 이를 거절할 수 없다.</w:t>
      </w:r>
    </w:p>
    <w:p>
      <w:pPr>
        <w:spacing w:after="42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갱신요구권은 최초 임대차기간을 포함하여 전체 임대차기간이 10년을 초과하지 않는 범위에서 행사할 수 있다.</w:t>
      </w:r>
    </w:p>
    <w:p>
      <w:pPr>
        <w:spacing w:after="42" w:before="105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제7조 (권리금 회수기회의 보호)</w:t>
      </w:r>
    </w:p>
    <w:p>
      <w:pPr>
        <w:spacing w:after="42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임대인은 임대차 종료 6개월 전부터 종료 시까지 임차인이 주선한 신규 임차인이 되려는 자로부터 권리금을 받는 것을 정당한 사유 없이 방해하지 않는다.</w:t>
      </w:r>
    </w:p>
    <w:p>
      <w:pPr>
        <w:spacing w:after="42" w:before="105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제8조 (계약의 해지)</w:t>
      </w:r>
    </w:p>
    <w:p>
      <w:pPr>
        <w:spacing w:after="42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임차인이 차임을 3기분 이상 연체하거나 제3조를 위반한 경우 임대인은 계약을 해지할 수 있다.</w:t>
      </w:r>
    </w:p>
    <w:p>
      <w:pPr>
        <w:spacing w:after="42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임차인은 본인의 과실 없이 목적물을 사용할 수 없게 된 경우 계약을 해지할 수 있다.</w:t>
      </w:r>
    </w:p>
    <w:p>
      <w:pPr>
        <w:spacing w:after="42" w:before="105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제9조 (제세공과금)</w:t>
      </w:r>
    </w:p>
    <w:p>
      <w:pPr>
        <w:spacing w:after="42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건물에 대한 재산세 등은 임대인이 부담하고, 전기·수도·가스 등 사용료와 영업에 따른 공과금은 임차인이 부담한다.</w:t>
      </w:r>
    </w:p>
    <w:p>
      <w:pPr>
        <w:spacing w:after="42" w:before="105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제10조 (중개보수)</w:t>
      </w:r>
    </w:p>
    <w:p>
      <w:pPr>
        <w:spacing w:after="42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중개보수는 계약 체결과 동시에 임대인과 임차인이 각각 지급하며, 개업공인중개사는 중개대상물 확인·설명서를 교부한다.</w:t>
      </w:r>
    </w:p>
    <w:p>
      <w:pPr>
        <w:spacing w:after="42" w:before="8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특약사항</w:t>
      </w:r>
    </w:p>
    <w:p>
      <w:pPr>
        <w:spacing w:after="42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원상복구 범위, 인테리어 소유권, 간판 설치, 주차 대수, 영업시간 제한, 관리비 포함내역 등을 구체적으로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554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2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84" w:before="0" w:line="312" w:lineRule="auto"/>
        <w:jc w:val="both"/>
      </w:pPr>
      <w:r>
        <w:rPr>
          <w:rFonts w:ascii="Malgun Gothic" w:hAnsi="Malgun Gothic" w:eastAsia="Malgun Gothic" w:cs="Malgun Gothic"/>
          <w:b w:val="0"/>
          <w:sz w:val="18"/>
        </w:rPr>
        <w:t>본 계약을 증명하기 위하여 계약 당사자가 이의 없음을 확인하고 각각 서명·날인 후 각 1부씩 보관한다.</w:t>
      </w:r>
    </w:p>
    <w:p>
      <w:pPr>
        <w:spacing w:after="84" w:before="84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42" w:before="8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계약 당사자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478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임대인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(서명 또는 인)</w:t>
            </w:r>
          </w:p>
        </w:tc>
      </w:tr>
      <w:tr>
        <w:trPr>
          <w:trHeight w:val="478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78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임차인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(서명 또는 인)</w:t>
            </w:r>
          </w:p>
        </w:tc>
      </w:tr>
      <w:tr>
        <w:trPr>
          <w:trHeight w:val="478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사업자번호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78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개업공인중개사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사무소명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대표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(서명 또는 인)</w:t>
            </w:r>
          </w:p>
        </w:tc>
      </w:tr>
      <w:tr>
        <w:trPr>
          <w:trHeight w:val="478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등록번호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2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0" w:before="63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상가건물 임대차보호법의 보호를 받으려면 사업자등록과 확정일자가 필요합니다. 환산보증금이 지역별 기준을 초과하면 일부 조항만 적용되므로 계약 전 확인하십시오. 본 서식은 참고용입니다.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