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동거 사실 확인서</w:t>
      </w:r>
    </w:p>
    <w:p>
      <w:pPr>
        <w:spacing w:after="11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확인인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7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7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동거인과의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동거인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7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7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거주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7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거주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7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동거 시작일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동거 상태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7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주택 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세대 인원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7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제출처·목적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동거 경위나 생활 상황 중 제출처에 알릴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54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1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내용이 사실임을 확인합니다.</w:t>
      </w:r>
    </w:p>
    <w:p>
      <w:pPr>
        <w:spacing w:after="91" w:before="9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확인인 :                                        (서명 또는 인)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동거인 :                                        (서명 또는 인)</w:t>
      </w:r>
    </w:p>
    <w:p>
      <w:pPr>
        <w:spacing w:after="0" w:before="6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제출처가 요구하는 첨부서류(주민등록등본 등)를 함께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