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동아리 활동 기록부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동아리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동아리명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지도교사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활동 분야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구성 인원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활동 기간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부원 명단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학년반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역할</w:t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활동 일지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활동 내용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참여 인원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장소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주요 성과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대회 참가, 발표, 전시 등 눈에 보이는 활동 성과를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지도교사 의견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관찰한 활동 태도와 성장한 부분을 간결하게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8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활동 일지는 모임 직후 작성해 두면 학기말 정리와 생활기록부 작성 자료로 활용하기 좋습니다.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