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시  간  표</w:t>
      </w:r>
    </w:p>
    <w:p>
      <w:pPr>
        <w:spacing w:after="85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38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학교(학원)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학년·반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이름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학기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적용 기간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담임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주간 시간표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233"/>
        <w:gridCol w:w="1233"/>
        <w:gridCol w:w="1233"/>
        <w:gridCol w:w="1233"/>
        <w:gridCol w:w="1233"/>
        <w:gridCol w:w="1233"/>
        <w:gridCol w:w="1233"/>
        <w:gridCol w:w="1233"/>
      </w:tblGrid>
      <w:tr>
        <w:trPr>
          <w:trHeight w:val="385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교시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시간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월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화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수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목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금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토</w:t>
            </w:r>
          </w:p>
        </w:tc>
      </w:tr>
      <w:tr>
        <w:trPr>
          <w:trHeight w:val="385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과목별 담당 및 교실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337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과목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담당 교사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교실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337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37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37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37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요일별 준비물 및 방과 후 일정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38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요일</w:t>
            </w:r>
          </w:p>
        </w:tc>
        <w:tc>
          <w:tcPr>
            <w:tcW w:type="dxa" w:w="424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준비물</w:t>
            </w:r>
          </w:p>
        </w:tc>
        <w:tc>
          <w:tcPr>
            <w:tcW w:type="dxa" w:w="424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방과 후·학원 일정</w:t>
            </w:r>
          </w:p>
        </w:tc>
      </w:tr>
      <w:tr>
        <w:trPr>
          <w:trHeight w:val="38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24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24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24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24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24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24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24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24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24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24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메모 — 수행평가 일정, 변경된 수업 등을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867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8" w:before="6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6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작성자 :                                        (서명 또는 인)</w:t>
      </w:r>
    </w:p>
    <w:p>
      <w:pPr>
        <w:spacing w:after="0" w:before="51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학기 중 시간표가 변경되면 새로 작성해 사용하십시오.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