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1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민원 처리결과 회신 요청서</w:t>
      </w:r>
    </w:p>
    <w:p>
      <w:pPr>
        <w:spacing w:after="152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1" w:before="121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신청인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774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74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이메일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회신 방법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74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주소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1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1" w:before="121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접수한 민원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774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접수일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접수번호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74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민원 제목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74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담당 기관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1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1" w:before="121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요청 내용</w:t>
      </w:r>
    </w:p>
    <w:p>
      <w:pPr>
        <w:spacing w:after="61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알고 싶은 처리 상황과 결과(처리 여부, 조치 내용, 지연 사유 등)를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2581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61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21" w:before="121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21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신청인 :                                        (서명 또는 인)</w:t>
      </w:r>
    </w:p>
    <w:p>
      <w:pPr>
        <w:spacing w:after="0" w:before="91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처리 기한과 절차는 민원 종류에 따라 다르니 담당 기관에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