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7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민원 처리결과 이의신청서</w:t>
      </w:r>
    </w:p>
    <w:p>
      <w:pPr>
        <w:spacing w:after="92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37" w:before="7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신청인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46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6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제출 기관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담당 부서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3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37" w:before="7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원 민원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46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접수번호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처리결과 통지일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6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민원 제목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3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37" w:before="7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이의 이유</w:t>
      </w:r>
    </w:p>
    <w:p>
      <w:pPr>
        <w:spacing w:after="37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처리결과에서 사실과 다르거나 충분하지 않다고 보는 부분을 구체적으로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669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3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37" w:before="7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4. 첨부 자료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417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443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자료명</w:t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부수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비고</w:t>
            </w:r>
          </w:p>
        </w:tc>
      </w:tr>
      <w:tr>
        <w:trPr>
          <w:trHeight w:val="417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43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17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43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17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43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3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37" w:before="7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5. 바라는 조치</w:t>
      </w:r>
    </w:p>
    <w:p>
      <w:pPr>
        <w:spacing w:after="37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재확인, 보완 조치 등 바라는 내용을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043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3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74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처리결과에 대한 재검토를 요청합니다.</w:t>
      </w:r>
    </w:p>
    <w:p>
      <w:pPr>
        <w:spacing w:after="74" w:before="74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74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신청인 :                                        (서명 또는 인)</w:t>
      </w:r>
    </w:p>
    <w:p>
      <w:pPr>
        <w:spacing w:after="0" w:before="55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이의 제기 기한과 방법은 처리결과 통지문과 기관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