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민원 처리 지연 독촉서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민원인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접수한 민원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 기관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예정일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지난 일수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민원 제목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알려 주실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선택</w:t>
            </w:r>
          </w:p>
        </w:tc>
        <w:tc>
          <w:tcPr>
            <w:tcW w:type="dxa" w:w="86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요청 내용</w:t>
            </w:r>
          </w:p>
        </w:tc>
      </w:tr>
      <w:tr>
        <w:trPr>
          <w:trHeight w:val="453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6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6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6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6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요청 사항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기한까지 회신을 받지 못한 경위와 바라는 점을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47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민원 처리 현황의 확인을 요청하오니 회신해 주시기 바랍니다.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민원인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처리기간과 연장 여부는 민원 종류마다 다릅니다. 기관의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