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민원 담당자 면담 신청서</w:t>
      </w:r>
    </w:p>
    <w:p>
      <w:pPr>
        <w:spacing w:after="10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면담 대상 민원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민원 제목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기관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면담 요청 내용</w:t>
      </w:r>
    </w:p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면담에서 확인하거나 설명하고 싶은 내용을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81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희망 일시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희망 날짜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희망 시간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방식</w:t>
            </w:r>
          </w:p>
        </w:tc>
      </w:tr>
      <w:tr>
        <w:trPr>
          <w:trHeight w:val="48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위와 같이 담당자 면담을 신청합니다.</w:t>
      </w:r>
    </w:p>
    <w:p>
      <w:pPr>
        <w:spacing w:after="86" w:before="8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6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면담 가능 여부와 방식은 기관 사정에 따라 다릅니다. 해당 기관의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