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항     소     장</w:t>
      </w:r>
    </w:p>
    <w:p>
      <w:pPr>
        <w:spacing w:after="12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사건의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1심 법원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판결 선고일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판결서 송달일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항소인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피항소인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불복 범위와 항소 취지</w:t>
      </w:r>
    </w:p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1심 판결 중 불복하는 부분과 항소로 구하는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47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항소를 제기합니다.</w:t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항소인 :                                        (서명 또는 인)</w:t>
      </w:r>
    </w:p>
    <w:p>
      <w:pPr>
        <w:spacing w:after="10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항소심 법원 귀중</w:t>
      </w:r>
    </w:p>
    <w:p>
      <w:pPr>
        <w:spacing w:after="0" w:before="7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항소 기간과 인지·송달료 등 제출 요건은 법원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