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자녀 양육 사실 확인서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양육자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자녀와의 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자녀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양육 시작일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함께 거주 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제출 목적 및 양육 사실</w:t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제출처, 제출 목적, 양육 사실을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69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7" w:before="12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양육자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제출처가 정한 서식과 추가 증빙 서류를 먼저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