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체크리스트</w:t>
      </w:r>
    </w:p>
    <w:p>
      <w:pPr>
        <w:spacing w:after="159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721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 xml:space="preserve">체크리스트 제목: </w:t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676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항목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담당자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기한</w:t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완료□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676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76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76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76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76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76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76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76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76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76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76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76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76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76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95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완료 여부 열에 체크 표시를 하고, 진행 중인 항목은 진행률을 기재하십시오.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