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내  용  증  명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발신인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수신인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계약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계약금액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해지 사유 및 근거 조항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해지 사유와 근거가 되는 계약 조항을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70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해지 효력 발생일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453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해지 효력 발생일</w:t>
            </w:r>
          </w:p>
        </w:tc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요청 사항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해지에 따라 상대방에게 요구하는 조치(원상회복, 반환 등)를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13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발신인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내용증명은 우체국 창구에서 발신인용·수신인용·우체국 보관용 3부를 작성하여 제출합니다. 계약 해지의 효력과 범위에 관한 구체적인 판단은 변호사 등 전문가에게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