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내  용  증  명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발신인 (공급자)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3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수신인 (거래처)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상호·성명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3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미수 대금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납품일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물품명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수량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단가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금액</w:t>
            </w:r>
          </w:p>
        </w:tc>
      </w:tr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453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미수 합계</w:t>
            </w:r>
          </w:p>
        </w:tc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금                                원정(₩                       )</w:t>
            </w:r>
          </w:p>
        </w:tc>
      </w:tr>
      <w:tr>
        <w:trPr>
          <w:trHeight w:val="453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 기한</w:t>
            </w:r>
          </w:p>
        </w:tc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입금 계좌</w:t>
            </w:r>
          </w:p>
        </w:tc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통지 내용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거래 경위와 대금을 받지 못한 사정을 사실대로 기재하십시오.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58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기한까지 지급되지 않을 경우 별도의 절차를 진행할 수 있음을 알려드립니다.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발신인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우체국 창구에 발신인용·수신인용·우체국 보관용 3부를 제출합니다. 구체적인 대응은 전문가에게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