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57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현금영수증 정정 요청서</w:t>
      </w:r>
    </w:p>
    <w:p>
      <w:pPr>
        <w:spacing w:after="143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7" w:before="115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가맹점 및 요청인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5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가맹점명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대표자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5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요청인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7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7" w:before="115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거래 내용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5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거래 일시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거래 금액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5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승인번호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결제 수단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7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7" w:before="115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정정 내용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50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No</w:t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정정 항목</w:t>
            </w:r>
          </w:p>
        </w:tc>
        <w:tc>
          <w:tcPr>
            <w:tcW w:type="dxa" w:w="345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현재 발급 내용</w:t>
            </w:r>
          </w:p>
        </w:tc>
        <w:tc>
          <w:tcPr>
            <w:tcW w:type="dxa" w:w="345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바르게 고칠 내용</w:t>
            </w:r>
          </w:p>
        </w:tc>
      </w:tr>
      <w:tr>
        <w:trPr>
          <w:trHeight w:val="650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45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45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50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45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45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50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45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45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7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7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정정이 필요한 경위를 간단히 적고, 처리 결과를 받을 방법을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1626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57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15" w:before="115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15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요청인 :                                        (서명 또는 인)</w:t>
      </w:r>
    </w:p>
    <w:p>
      <w:pPr>
        <w:spacing w:after="0" w:before="86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정정 가능 여부와 기간은 가맹점과 국세청 안내를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