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소송기록 열람·복사 신청서</w:t>
      </w:r>
    </w:p>
    <w:p>
      <w:pPr>
        <w:spacing w:after="132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사건 표시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법원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사건명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 관계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10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신청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1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453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대상 서류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쪽수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671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53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1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53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1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53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열람·복사가 필요한 이유(사용 목적)를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64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5" w:before="10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7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열람·복사 범위와 수수료는 담당 법원의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