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1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간병인 변경 요청서</w:t>
      </w:r>
    </w:p>
    <w:p>
      <w:pPr>
        <w:spacing w:after="127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환자 및 요청인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환자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병실·호실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요청인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환자와의 관계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현재 간병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간병인 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 시작일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647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이용 형태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희망일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10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변경 사유 및 바라는 조건</w:t>
      </w:r>
    </w:p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변경을 요청하는 사유를 사실 위주로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012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새 간병인에게 바라는 조건(경력·성별·근무 시간 등)을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143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01" w:before="10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0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요청인 :                                        (서명 또는 인)</w:t>
      </w:r>
    </w:p>
    <w:p>
      <w:pPr>
        <w:spacing w:after="0" w:before="76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교체 가능 여부와 정산은 이용 계약과 기관 기준을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