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6" w:before="0" w:line="312" w:lineRule="auto"/>
        <w:jc w:val="center"/>
      </w:pPr>
      <w:r>
        <w:rPr>
          <w:rFonts w:ascii="Malgun Gothic" w:hAnsi="Malgun Gothic" w:eastAsia="Malgun Gothic" w:cs="Malgun Gothic"/>
          <w:b/>
          <w:color w:val="24384F"/>
          <w:sz w:val="36"/>
        </w:rPr>
        <w:t>경  력  기  술  서</w:t>
      </w:r>
    </w:p>
    <w:p>
      <w:pPr>
        <w:spacing w:after="116" w:before="0" w:line="312" w:lineRule="auto"/>
        <w:jc w:val="left"/>
        <w:pBdr>
          <w:bottom w:val="single" w:sz="14" w:space="2" w:color="24384F"/>
        </w:pBdr>
      </w:pPr>
      <w:r>
        <w:rPr>
          <w:rFonts w:ascii="Malgun Gothic" w:hAnsi="Malgun Gothic" w:eastAsia="Malgun Gothic" w:cs="Malgun Gothic"/>
          <w:b w:val="0"/>
          <w:sz w:val="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644"/>
        <w:gridCol w:w="1644"/>
        <w:gridCol w:w="1644"/>
        <w:gridCol w:w="1644"/>
        <w:gridCol w:w="1644"/>
        <w:gridCol w:w="1644"/>
      </w:tblGrid>
      <w:tr>
        <w:trPr>
          <w:trHeight w:val="524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성명</w:t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지원 직무</w:t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연락처</w:t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524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총 경력</w:t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 xml:space="preserve">     년     개월</w:t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이메일</w:t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작성일</w:t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46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46" w:before="93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1. 프로젝트 경력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973"/>
        <w:gridCol w:w="1973"/>
        <w:gridCol w:w="1973"/>
        <w:gridCol w:w="1973"/>
        <w:gridCol w:w="1973"/>
      </w:tblGrid>
      <w:tr>
        <w:trPr>
          <w:trHeight w:val="590" w:hRule="atLeast"/>
        </w:trPr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프로젝트명</w:t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기간</w:t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역할</w:t>
            </w:r>
          </w:p>
        </w:tc>
        <w:tc>
          <w:tcPr>
            <w:tcW w:type="dxa" w:w="25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사용 기술·도구</w:t>
            </w:r>
          </w:p>
        </w:tc>
        <w:tc>
          <w:tcPr>
            <w:tcW w:type="dxa" w:w="276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성과</w:t>
            </w:r>
          </w:p>
        </w:tc>
      </w:tr>
      <w:tr>
        <w:trPr>
          <w:trHeight w:val="590" w:hRule="atLeast"/>
        </w:trPr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5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76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590" w:hRule="atLeast"/>
        </w:trPr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5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76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590" w:hRule="atLeast"/>
        </w:trPr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5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76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590" w:hRule="atLeast"/>
        </w:trPr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5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76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46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46" w:before="93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2. 프로젝트 수행 상세</w:t>
      </w:r>
    </w:p>
    <w:p>
      <w:pPr>
        <w:spacing w:after="46" w:before="0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대표 프로젝트 1 — 목표, 진행 과정, 본인의 역할과 성과를 구체적으로 작성하십시오.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9866"/>
      </w:tblGrid>
      <w:tr>
        <w:trPr>
          <w:trHeight w:val="1967" w:hRule="atLeast"/>
        </w:trPr>
        <w:tc>
          <w:tcPr>
            <w:tcW w:type="dxa" w:w="98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19"/>
              </w:rPr>
            </w:r>
          </w:p>
        </w:tc>
      </w:tr>
    </w:tbl>
    <w:p>
      <w:pPr>
        <w:spacing w:after="46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46" w:before="0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대표 프로젝트 2 — 목표, 진행 과정, 본인의 역할과 성과를 구체적으로 작성하십시오.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9866"/>
      </w:tblGrid>
      <w:tr>
        <w:trPr>
          <w:trHeight w:val="1967" w:hRule="atLeast"/>
        </w:trPr>
        <w:tc>
          <w:tcPr>
            <w:tcW w:type="dxa" w:w="98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19"/>
              </w:rPr>
            </w:r>
          </w:p>
        </w:tc>
      </w:tr>
    </w:tbl>
    <w:p>
      <w:pPr>
        <w:spacing w:after="46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93" w:before="0" w:line="312" w:lineRule="auto"/>
        <w:jc w:val="center"/>
      </w:pPr>
      <w:r>
        <w:rPr>
          <w:rFonts w:ascii="Malgun Gothic" w:hAnsi="Malgun Gothic" w:eastAsia="Malgun Gothic" w:cs="Malgun Gothic"/>
          <w:b w:val="0"/>
          <w:sz w:val="21"/>
        </w:rPr>
        <w:t>위 기재 내용은 사실과 다름이 없습니다.</w:t>
      </w:r>
    </w:p>
    <w:p>
      <w:pPr>
        <w:spacing w:after="93" w:before="93" w:line="312" w:lineRule="auto"/>
        <w:jc w:val="center"/>
      </w:pPr>
      <w:r>
        <w:rPr>
          <w:rFonts w:ascii="Malgun Gothic" w:hAnsi="Malgun Gothic" w:eastAsia="Malgun Gothic" w:cs="Malgun Gothic"/>
          <w:b w:val="0"/>
          <w:sz w:val="22"/>
        </w:rPr>
        <w:t>20        년        월        일</w:t>
      </w:r>
    </w:p>
    <w:p>
      <w:pPr>
        <w:spacing w:after="93" w:before="0" w:line="312" w:lineRule="auto"/>
        <w:jc w:val="right"/>
      </w:pPr>
      <w:r>
        <w:rPr>
          <w:rFonts w:ascii="Malgun Gothic" w:hAnsi="Malgun Gothic" w:eastAsia="Malgun Gothic" w:cs="Malgun Gothic"/>
          <w:b w:val="0"/>
          <w:sz w:val="22"/>
        </w:rPr>
        <w:t>작성자 :                                        (서명 또는 인)</w:t>
      </w:r>
    </w:p>
    <w:p>
      <w:pPr>
        <w:spacing w:after="0" w:before="69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※ 회사명·근무기간·직위는 이력서 및 경력증명서와 일치하도록 작성하십시오.</w:t>
      </w:r>
    </w:p>
    <w:sectPr w:rsidR="00FC693F" w:rsidRPr="0006063C" w:rsidSect="00034616">
      <w:footerReference w:type="default" r:id="rId9"/>
      <w:pgSz w:w="11906" w:h="16838"/>
      <w:pgMar w:top="1020" w:right="1020" w:bottom="102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Malgun Gothic" w:hAnsi="Malgun Gothic" w:eastAsia="Malgun Gothic" w:cs="Malgun Gothic"/>
        <w:b w:val="0"/>
        <w:color w:val="6B7280"/>
        <w:sz w:val="15"/>
      </w:rPr>
      <w:t>무료서식 다운로드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algun Gothic" w:hAnsi="Malgun Gothic" w:eastAsia="Malgun Gothi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