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2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경  력  기  술  서</w:t>
      </w:r>
    </w:p>
    <w:p>
      <w:pPr>
        <w:spacing w:after="13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 직무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경력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년     개월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회사별 담당 직무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66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회사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부서·직위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담당업무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주요성과</w:t>
            </w:r>
          </w:p>
        </w:tc>
      </w:tr>
      <w:tr>
        <w:trPr>
          <w:trHeight w:val="66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6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6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보유 역량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직무 역량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 도구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자격·어학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핵심 성과</w:t>
      </w:r>
    </w:p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재직 기간 전체에서 가장 자신 있는 성과를 수치로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06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0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기재 내용은 사실과 다름이 없습니다.</w:t>
      </w:r>
    </w:p>
    <w:p>
      <w:pPr>
        <w:spacing w:after="104" w:before="10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0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78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회사명·근무기간·직위는 이력서 및 경력증명서와 일치하도록 작성하십시오.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