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3" w:before="0" w:line="312" w:lineRule="auto"/>
        <w:jc w:val="center"/>
      </w:pPr>
      <w:r>
        <w:rPr>
          <w:rFonts w:ascii="Malgun Gothic" w:hAnsi="Malgun Gothic" w:eastAsia="Malgun Gothic" w:cs="Malgun Gothic"/>
          <w:b/>
          <w:color w:val="24384F"/>
          <w:sz w:val="36"/>
        </w:rPr>
        <w:t>경력증명서 발급 요청서</w:t>
      </w:r>
    </w:p>
    <w:p>
      <w:pPr>
        <w:spacing w:after="158" w:before="0" w:line="312" w:lineRule="auto"/>
        <w:jc w:val="left"/>
        <w:pBdr>
          <w:bottom w:val="single" w:sz="14" w:space="2" w:color="24384F"/>
        </w:pBdr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63" w:before="126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1. 요청자 정보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715" w:hRule="atLeast"/>
        </w:trPr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성명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생년월일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715" w:hRule="atLeast"/>
        </w:trPr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연락처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이메일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63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63" w:before="126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2. 재직 정보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715" w:hRule="atLeast"/>
        </w:trPr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재직 기간</w:t>
            </w:r>
          </w:p>
        </w:tc>
        <w:tc>
          <w:tcPr>
            <w:tcW w:type="dxa" w:w="8090"/>
            <w:gridSpan w:val="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  <w:t>20   년  월  일 ~ 20   년  월  일</w:t>
            </w:r>
          </w:p>
        </w:tc>
      </w:tr>
      <w:tr>
        <w:trPr>
          <w:trHeight w:val="715" w:hRule="atLeast"/>
        </w:trPr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부서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직위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715" w:hRule="atLeast"/>
        </w:trPr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담당 업무</w:t>
            </w:r>
          </w:p>
        </w:tc>
        <w:tc>
          <w:tcPr>
            <w:tcW w:type="dxa" w:w="8090"/>
            <w:gridSpan w:val="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63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63" w:before="126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3. 발급 요청 내용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715" w:hRule="atLeast"/>
        </w:trPr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필요 부수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희망 수령일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715" w:hRule="atLeast"/>
        </w:trPr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제출처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용도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715" w:hRule="atLeast"/>
        </w:trPr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수령 방법</w:t>
            </w:r>
          </w:p>
        </w:tc>
        <w:tc>
          <w:tcPr>
            <w:tcW w:type="dxa" w:w="8090"/>
            <w:gridSpan w:val="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  <w:t>(   ) 방문   (   ) 이메일   (   ) 우편</w:t>
            </w:r>
          </w:p>
        </w:tc>
      </w:tr>
      <w:tr>
        <w:trPr>
          <w:trHeight w:val="715" w:hRule="atLeast"/>
        </w:trPr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비고</w:t>
            </w:r>
          </w:p>
        </w:tc>
        <w:tc>
          <w:tcPr>
            <w:tcW w:type="dxa" w:w="8090"/>
            <w:gridSpan w:val="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63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126" w:before="0" w:line="312" w:lineRule="auto"/>
        <w:jc w:val="center"/>
      </w:pPr>
      <w:r>
        <w:rPr>
          <w:rFonts w:ascii="Malgun Gothic" w:hAnsi="Malgun Gothic" w:eastAsia="Malgun Gothic" w:cs="Malgun Gothic"/>
          <w:b w:val="0"/>
          <w:sz w:val="22"/>
        </w:rPr>
        <w:t>위와 같이 경력증명서의 발급을 요청합니다.</w:t>
      </w:r>
    </w:p>
    <w:p>
      <w:pPr>
        <w:spacing w:after="126" w:before="126" w:line="312" w:lineRule="auto"/>
        <w:jc w:val="center"/>
      </w:pPr>
      <w:r>
        <w:rPr>
          <w:rFonts w:ascii="Malgun Gothic" w:hAnsi="Malgun Gothic" w:eastAsia="Malgun Gothic" w:cs="Malgun Gothic"/>
          <w:b w:val="0"/>
          <w:sz w:val="22"/>
        </w:rPr>
        <w:t>20        년        월        일</w:t>
      </w:r>
    </w:p>
    <w:p>
      <w:pPr>
        <w:spacing w:after="126" w:before="0" w:line="312" w:lineRule="auto"/>
        <w:jc w:val="right"/>
      </w:pPr>
      <w:r>
        <w:rPr>
          <w:rFonts w:ascii="Malgun Gothic" w:hAnsi="Malgun Gothic" w:eastAsia="Malgun Gothic" w:cs="Malgun Gothic"/>
          <w:b w:val="0"/>
          <w:sz w:val="22"/>
        </w:rPr>
        <w:t>요청자 :                                        (서명 또는 인)</w:t>
      </w:r>
    </w:p>
    <w:p>
      <w:pPr>
        <w:spacing w:after="126" w:before="0" w:line="312" w:lineRule="auto"/>
        <w:jc w:val="center"/>
      </w:pPr>
      <w:r>
        <w:rPr>
          <w:rFonts w:ascii="Malgun Gothic" w:hAnsi="Malgun Gothic" w:eastAsia="Malgun Gothic" w:cs="Malgun Gothic"/>
          <w:b w:val="0"/>
          <w:sz w:val="22"/>
        </w:rPr>
        <w:t>(주)한빛커머스 인사 담당자 귀하</w:t>
      </w:r>
    </w:p>
    <w:p>
      <w:pPr>
        <w:spacing w:after="0" w:before="95" w:line="312" w:lineRule="auto"/>
        <w:jc w:val="left"/>
      </w:pPr>
      <w:r>
        <w:rPr>
          <w:rFonts w:ascii="Malgun Gothic" w:hAnsi="Malgun Gothic" w:eastAsia="Malgun Gothic" w:cs="Malgun Gothic"/>
          <w:b w:val="0"/>
          <w:color w:val="6B7280"/>
          <w:sz w:val="17"/>
        </w:rPr>
        <w:t>※ 발급 절차와 소요 기간은 이전 직장의 인사 담당 부서 안내를 확인하십시오.</w:t>
      </w:r>
    </w:p>
    <w:sectPr w:rsidR="00FC693F" w:rsidRPr="0006063C" w:rsidSect="00034616">
      <w:footerReference w:type="default" r:id="rId9"/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center"/>
    </w:pPr>
    <w:r>
      <w:rPr>
        <w:rFonts w:ascii="Malgun Gothic" w:hAnsi="Malgun Gothic" w:eastAsia="Malgun Gothic" w:cs="Malgun Gothic"/>
        <w:b w:val="0"/>
        <w:color w:val="6B7280"/>
        <w:sz w:val="15"/>
      </w:rPr>
      <w:t>무료서식 다운로드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algun Gothic" w:hAnsi="Malgun Gothic" w:eastAsia="Malgun Gothi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