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돌봄서비스 이용 종료 신청서</w:t>
      </w:r>
    </w:p>
    <w:p>
      <w:pPr>
        <w:spacing w:after="15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2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이용자와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이용자와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2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이용 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 기관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서비스 종류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 시작일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종료 희망일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2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종료 사유</w:t>
      </w:r>
    </w:p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이용을 종료하려는 이유와 기관에 요청할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90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돌봄서비스 이용의 종료를 신청합니다.</w:t>
      </w:r>
    </w:p>
    <w:p>
      <w:pPr>
        <w:spacing w:after="120" w:before="12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정산 방법과 필요 서류는 이용 기관의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